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הסכם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צד התחייב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חשובים הקשורים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 להילחם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פתחו שגרירויות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בישראל כמדינה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 כמה מלחמות בין המדינות לפני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החוזה נחתם בשנת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היה הפוך - ישראל החזירה את סיני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היתה אחת ההתחייבויות המרכזיות בחוזה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שתי המדינות פתחו שגרירויות זו אצל 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שגרירויות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התחייב למה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(החזירה את חצי האי סיני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(הכירה בישראל כמדינה)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(הבטיחו לא להילחם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(פתחו שגרירויות זו אצל זו)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 שלום הוא הסכם שבו מדינות מבטיחות לא להילחם יותר ולחיות בשכנות טובה, וזה חשוב כי זה מונע אבדות ומביא יציבות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 מסביר את דעתו בצורה הגיונית ומתייחס לרעיון של אמון או הבטחות הדדיות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חצי האי סיני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להילחם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מהדף כדי להמחיש את המיקום של סיני וחצי האי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שהשלום כלל התחייבויות משני הצדדים, לא רק מצד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סעיפים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ישראל ומצרים היו אויבות. בשנת 1979 הן חתמו על שלום. נלמד מה כל מדינה הבטיחה.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מדינות לא להילחם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חצי האי סיני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גדול שהיה אצל מצרים ואז עבר לישראל ואז חזר למצרים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משרד של מדינה במדינה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הכרה במדינה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שמדינה מסוימת קיימת וצריך לכבד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התחייבות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1979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השנה שבה נחתם חוזה השלום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מפרץ סואץ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בים ליד מצרים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ים סוף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ים בין ישראל למצרים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נחתם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שטח חזר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שתי המדינות הבטיחו?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לסחור רק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להילחם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לחלוק צבא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לאחד את הממשלות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המדינות פתחו אחת בשנייה?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פתחו שגרירויות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 גשר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הקימו צבא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הדפיסו מטבע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מצרים הכירה?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בישראל כמדינה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בדגל ישראל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בבירה חדשה לישראל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ומצרים נלחמו כמה פעמים לפני חוזה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נחתם בשנת 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מצרים החזירה את חצי האי סיני לישראל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המדינות הבטיחו לא להילחם יותר אחת בשנייה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מצרים פתחה שגרירות בישראל, וישראל לא פתחה שגרירות במצרים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ישראל ומצרים חתמו על חוזה __________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החזירה למצרים את 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שתי המדינות הבטיחו לא __________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מצרים __________ בישראל כמדינה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שתי המדינות פתחו __________ אחת אצל השנייה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התחייב למה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הבטיחו לא להילחם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פתחו שגרירויות זו אצל זו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שתי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הכירה בישראל כמדינה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שתי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החזירה את חצי האי סיני למצרים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מה זה חוזה שלום ולמה הוא חשוב בין שתי מדינות שנלחמו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לדעתכם, מה הדבר הכי חשוב שמדינות צריכות להבטיח אחת לשנייה כדי לשמור על שלום?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נחתם חוזה השלום בין ישראל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שטח ישראל החזירה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שתי המדינות הבטיחו אחת לשנייה?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עם 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