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השלום עם מצרים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הסכם השלום בין ישראל למצרים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כל צד התחייב לעשות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מקומות חשובים הקשורים לשלום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חצי האי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לא להילחם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היו כמה מלחמות בין המדינות לפני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החוזה נחתם בשנת 1979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להילחם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 התחייב למה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(החזירה את חצי האי סיני למצרים)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(הכירה בישראל כמדינה)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(הבטיחו לא להילחם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(פתחו שגרירויות זו אצל זו)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חוזה שלום הוא הסכם שבו מדינות מבטיחות לא להילחם יותר ולחיות בשכנות טובה, וזה חשוב כי זה מונע אבדות ומביא יציבות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ודיון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1979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חצי האי סיני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להילחם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במפה מהדף כדי להמחיש את המיקום של סיני וחצי האי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ההבנה שהשלום כלל התחייבויות משני הצדדים, לא רק מצד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סעיפים המסומנים כקשים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השלום עם מצרים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ישראל ומצרים נלחמו כמה פעמים, ובשנת 1979 הן חתמו על חוזה שלום. בדף הזה נלמד מה כל מדינה התחייבה לעשות.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שלום  ·  להילחם  ·  סיני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שנה נחתם חוזה השלום בין ישראל למצרים?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שטח ישראל החזירה למצרים בעקבות החוזה?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רמת הגולן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רצועת עזה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שתי המדינות הבטיחו אחת לשנייה בחוזה?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לסחור רק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 להילחם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לחלוק צבא משותף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ישראל ומצרים נלחמו כמה פעמים לפני חוזה השלום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חוזה השלום נחתם בשנת 1948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ישראל ומצרים חתמו על חוזה __________ בשנת 1979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ישראל החזירה למצרים את חצי האי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שתי המדינות הבטיחו לא __________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 התחייב למה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פתחו שגרירויות זו אצל זו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החזירה את חצי האי סיני למצרים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שתי המדינות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הכירה בישראל כמדינה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שתי המדינות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הבטיחו לא להילחם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במילים שלכם מה זה חוזה שלום ולמה הוא חשוב בין שתי מדינות שנלחמו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באיזו שנה נחתם חוזה השלום בין ישראל למצרים?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שטח ישראל החזירה למצרים?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השלום עם מצרים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